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"כבוד"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respect / уважение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please / пожалуйста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different / другой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person / человек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👑 כבוד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כבוד זה לדבר יפה ולהתייחס יפה לכל אדם, גם אם הוא שונה.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respect · уважение · አክብሮት · احترام · respect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בבקשה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please · пожалуйста · እባክህ · من فضلك · s'il te plaît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different · другой · የተለየ · مختلف · différent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 · человек · ሰው · إنسان · personne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כבוד  |  בבקשה  |  שונה  |  אדם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person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בבקשה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אדם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respect / уважение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different / другой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please / пожалуйста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person / человек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לדבר יפה ולהתייחס יפה לכל אדם, גם אם הוא שונה.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"כבוד".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מראים כבוד לחבר?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לחכות שמישהו יסיים לדבר / להגיד "בבקשה" ו"תודה")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כבוד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