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כבוד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"כבוד"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👑 כבוד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מְדַבְּרִים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👑 כבוד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👑 🗣️ 💙  משפט השבוע: מְדַבְּרִים יָפֶה אֶל כֻּלָּם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כְּשֶׁמַּפְחִיד  |  מְדַבְּרִים  |  פְּתוּחוֹת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"מְדַבְּרִים יָפֶה אֶל כֻּלָּם"?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👂 הקשבה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👑 כבוד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לחכות שמישהו יסיים לדבר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להגיד "בבקשה" ו"תודה"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יָפֶה אֶל כֻּלָּם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איך מראים כבוד לחבר?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לחכות שמישהו יסיים לדבר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כבוד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